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מפתח הדמוקרטיה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מפתח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היסוד של המשטר הדמוקרטי ומוסדותיו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ברבדים שונים של טקסטי עיון בנושאי אזרחות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ניתוח דילמות ציבוריות וכתיבת עמדה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ומושגים מרכזיים בתחום הדמוקרטיה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יסודות הדמוקרטיה: מהי משטר דמוקרטי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ריבונות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השלטון כפוף לחוק ואין מעליו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בחירות חופשיות ותקופתיות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דיקטטורה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ליצור איזון ובלמים בין הרשויות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יסודות הדמוקרטיה: מהי משטר דמוקרטי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שלטון החוק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יסודות הדמוקרטיה: מהי משטר דמוקרטי – ניתוח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הפרדת הרשויות נועדה ליצור איזון ובלמים, ולכן הרשויות מפקחות זו על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כאשר העם הוא מקור הסמכות, יש לו זכות לבקר ולהשפיע על השלטון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במשטר אוטוקרטי השלטון מרוכז בידי יחיד או קבוצה ללא תחרות אמיתית על השלטון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עקרון יסוד שמבטיח שאין מי שעומד מעל לחוק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הפרדת רשויות ואיזונים ובלמים – הכרת שלוש הרשויות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הרשות המחוקקת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ליישם ולהוציא לפועל את המדיניות והחוקים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הרשות השופטת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הפרדת רשויות ואיזונים ובלמים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(מחוקקת חוקים ומפקחת על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(מנהלת את המדינה ומיישמת מדיניות)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(פוסקת בסכסוכים ובודקת חוקיות)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(מניעת ריכוז כוח ביד רשות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הפרדת רשויות ואיזונים ובלמים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הפרדת הרשויות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חוקי היסוד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הפרדת רשויות ואיזונים ובלמים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ביטוי מרכזי לעיקרון האיזונים והבלמים בין הרשויות.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הממשלה בישראל קמה מתוך הכנסת ותלויה באמונה 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נמנע ריכוז כוח מופרז בידי גורם אחד.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בחירות ושיטת הממשל בישראל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שיטה יחסית ארצית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בחירות ושיטת הממשל בישראל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בישראל נהוגה שיטת בחירות יחסית ארצית, ללא חלוקה לאזורי בחירה.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מפלגה שלא עוברת את אחוז החסימה אינה זכאית למנדטים כלל.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בחירות ושיטת הממשל בישראל – יישום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בחירות ושיטת הממשל בישראל –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(האחוז המינימלי מהקולות הדרוש למפלגה כדי להיכנס לכנסת)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(קבוצת מפלגות המרכיבות יחד ממשלה בעלת רוב)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(מפלגות שאינן חלק מהממשלה)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(מושב אחד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(הסכם בין מפלגות לאיחוד קולות עודפים בחלוקת המנדטים)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זכויות אדם וזכויות אזרח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זכויות אדם שייכות לכל בני האדם, זכויות אזרח שייכות רק לאזרחי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להיבחר לכנסת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זכויות אדם וזכויות אזרח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זכות אזרח, המותנית בחברות הפוליטית של האדם במדינה מסוימת.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זכות אדם בסיסית הנובעת מעצם היות האדם אדם.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זכויות אדם וזכויות אזרח – סיווג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(זכות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(זכות אזרח)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(זכות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(זכות אזרח)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זכויות אדם וזכויות אזרח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אוניברסליות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שלטון הרוב וזכויות המיעוט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העיקרון הדמוקרטי הבסיסי להכרעה בין דעות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קיימות הגבלות כמו חוקי יסוד וזכויות אדם שמגנות על המיעוט גם מפני 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מצב פסול שבו הרוב מנצל את כוחו לפגוע בזכויות המיעוט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הכלים לאיזון בין שלטון הרוב להגנה על זכויות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שלטון הרוב וזכויות המיעוט – יישום וחישוב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5. 61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שלטון הרוב וזכויות המיעוט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המתארת מצב התנגשות בין רצון הרוב לבין זכות בסיסית של קבוצה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חוקי יסוד המגבילים חקיקה פוגענית, וביקורת שיפוטית הבוחנת חוקים מול זכויות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הצבעת רוב בלבד עלולה להוביל לפגיעה בזכויות קבוצות חלשות, ולכן יש צורך במנגנוני הגנה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הכוללת עמדה ברורה ולפחות נימוק אחד מבוסס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חובות האזרח, תקשורת חופשית וכתיבה טיעונית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תשלום מיסים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לפקח על השלטון ולדווח לציבור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חובות האזרח, תקשורת חופשית וכתיבה טיעונית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הכולל את שלוש הרשויות ותפקיד הפיקוח ההדדי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עקרון קבלת ההחלטות לבין החובה להגן על קבוצות מיעוט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פסקה הכוללת עמדה ברורה, נימוק אחד לפחות ודוגמה תומכת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יסודות ורשויות, בחירות וזכויות, רוב-מיעוט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משימת הכתיבה הטיעונית לשתי טענות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ניתן להוסיף דיון בכיתה המשווה בין דוגמאות מהטקסטים לבין מצבים עכשוויים כלליים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חזרה על המושגים מרשימת הגלוסר בתחילת כל שיעור חדש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 בריחה: מפתח הדמוקרטיה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מפתח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תרגול לפי סדר הפרקים של חדר הבריחה. עובדים פרק אחרי פרק, עונים על השאלות בכתב, ובסוף בודקים את התשובות.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דמוקרטיה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משטר שבו השלטון נובע מהעם ונבחר על ידו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הפרדת רשויות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השלטון לשלוש רשויות שמפקחות זו על 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 מחוקקת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שקובע את החוקים במדינה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 מבצעת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הממשלה, שמיישמת את החוקים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 שופטת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 המשפט, שבודקים שמירה על החוק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שיטת בחירות יחסית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מושבים לפי אחוז הקולות שקיבלה כל רשימה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אדם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זכויות בסיסיות השייכות לכל אדם באשר הוא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שלטון הרוב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עקרון שלפיו ההחלטה מתקבלת לפי דעת הרוב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מיעוט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הגנה על קבוצות שאינן חלק מהרוב בחברה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כתיבה טיעונית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המציגה עמדה ותומכת בה בנימוקים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יסודות הדמוקרטיה: מהי משטר דמוקרטי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מחליט בסוף במשטר דמוקרטי?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ריבונות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שלטון החוק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פלורליזם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אוטונומיה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אומר שהחוק שולט?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האזרחים כפופים לחוק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השלטון כפוף לחוק ואין מעליו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החוק נקבע על ידי מנהיג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בחוקים קבועים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בוחרים את השלטון בדמוקרטיה?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בחירות חד פעמיות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בחירות חופשיות ותקופתיות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מינוי על ידי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הגרלה בין אזרחים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למשטר של שליט אחד בלי גבולות?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פדרציה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דיקטטורה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קואליציה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מפרידים בין רשויות השלטון?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להאיץ קבלת החלטות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איזון ובלמים בין הרשויות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לחסוך בתקציב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הצורך בבחירות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יסודות הדמוקרטיה: מהי משטר דמוקרטי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במשטר דמוקרטי הסמכות העליונה נתונה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עקרון __________ קובע שגם השלטון כפוף לחוק ואיש אינו מעליו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במשטר טוטליטרי השלטון שולט כמעט בכל תחומי ה__________ של האזרחים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אחד מתנאי היסוד לקיום דמוקרטיה הוא עריכת __________ חופשיות ותקופתיות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יסודות הדמוקרטיה: מהי משטר דמוקרטי – ניתוח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דמוקרטי הרשות המבצעת יכולה לפעול ללא כל פיקוח של הרשות השופטת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עקרון ריבונות העם מתבטא גם בזכות האזרחים להביע ביקורת פומבית על השלטון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במשטר אוטוקרטי מתקיימות בדרך כלל בחירות חופשיות ותחרותיות באופן סדיר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החוק משמעו שהחוק חל על כל אדם, כולל אנשי השלטון עצמם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הפרדת רשויות ואיזונים ובלמים – הכרת שלוש הרשויות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מחוקק חוקים?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הרשות המחוקקת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הרשות המבצעת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הרשות השופטת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חוקים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ליישם ולהוציא לפועל את המדיניות והחוקים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לשפוט עברייני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את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שופט לפי החוק?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הרשות השופטת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העירייה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לפרלמנט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המשפט העליון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מועצת העיר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הפרדת רשויות ואיזונים ובלמים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הרשות המחוקקת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מנהלת את המדינה ומיישמת מדיניות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הרשות המבצעת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מחוקקת חוקים ומפקחת על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הרשות השופטת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מניעת ריכוז כוח ביד רשות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איזונים ובלמים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פוסקת בסכסוכים ובודקת חוקיות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הפרדת רשויות ואיזונים ובלמים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עיקרון __________ נועד למנוע מרשות אחת לצבור כוח רב מדי.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בית המשפט יכול לבחון אם חוק שחוקקה הכנסת עומד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הפרדת רשויות ואיזונים ובלמים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הרשות השופטת יכולה לבטל חוק שהתקבל בכנסת אם הוא סותר חוקי יסוד.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הרשות המבצעת והמחוקקת נפרדות לחלוטין ואין ביניהן כל קשר.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האיזונים והבלמים נועד לאפשר לכל רשות לפקח על הרשויות האחרות.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בחירות ושיטת הממשל בישראל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מושבים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שיטת הבחירות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שיטה אזורית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שיטה יחסית ארצית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שיטה מעורבת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שיטת 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חברי כנסת צריך כדי להקים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בחירות ושיטת הממשל בישראל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כל אזרח בוחר ברשימת מפלגה ולא במועמד מאזור בחירה מסוים.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להיכנס לכנסת, על מפלגה לעבור אחוז חסימה מסוים מכלל הקולות הכשרים.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בחירות ושיטת הממשל בישראל – יישום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אחוז החסימה הנוכחי לכניסה לכנסת עומד על __________ אחוזים.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לאחר הבחירות, ה__________ מטיל על אחד מראשי המפלגות את התפקיד להרכיב ממשלה.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בחירות ושיטת הממשל בישראל –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אחוז 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מפלגות המרכיבות יחד ממשלה בעלת 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קואליציה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מושב אחד בכנסת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הסכם בין מפלגות לאיחוד קולות עודפים בחלוקת המנדטים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מפלגות שאינן חלק מהממשלה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הסכם עודפים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האחוז המינימלי מהקולות הדרוש למפלגה כדי להיכנס לכנסת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זכויות אדם וזכויות אזרח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שני סוגי הזכויות?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זכויות אדם שייכות לכל בני האדם, זכויות אזרח שייכות רק לאזרחי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זכויות אדם ניתנות רק לבגירים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זכויות אזרח כוללות רק את הזכות לחיים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משמעותי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זכות דורשת אזרחות?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חופש מעינויים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להיבחר לכנסת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שוויון בפני החוק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זכויות אדם וזכויות אזרח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לבחור ולהיבחר נחשבת זכות אדם אוניברסלית השייכת לכל אדם בעולם.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לכבוד ולחיים שייכת לכל בני האדם, ללא תלות באזרחותם.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זכויות אדם וזכויות אזרח – סיווג 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לחיים ולביטחון הגוף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זכות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לבחור ולהיבחר לכנסת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זכות אזרח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חופש מעינויים והשפלה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זכות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לשאת דרכון ולשוב למדינה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זכות אזרח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זכויות אדם וזכויות אזרח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הזכות ל__________ ולהיבחר נחשבת לזכות אזרח המותנית באזרחות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זכויות אדם הן זכויות __________ השייכות לכל בני האדם ללא תלות באזרחות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שלטון הרוב וזכויות המיעוט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הרוב פירושו שההחלטה הציבורית מתקבלת לפי עמדת מרבית המצביעים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בדמוקרטיה תקינה הרוב רשאי לפגוע בכל זכות של המיעוט ללא כל הגבלה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עריצות הרוב היא מצב רצוי ותקין בדמוקרטיה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שיפוטית מאפשרת לבית המשפט לבחון חוקים שפוגעים בזכויות יסוד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שלטון הרוב וזכויות המיעוט – יישום וחישוב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שהצעה תתקבל ברוב רגיל מתוך 100 מצביעים, דרושים לפחות __________ קולות בעד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המושג המתאר מצב שבו הרוב מנצל את כוחו כדי לפגוע בזכויות המיעוט נקרא עריצות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חוקים בעלי מעמד מיוחד שמגבילים את כוח הרוב ומגנים על זכויות נקראים חוקי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הגוף השיפוטי העליון שיכול לבחון אם חוק סותר זכויות יסוד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מתוך 120 חברי כנסת, רוב רגיל דורש לפחות __________ קולות תומכים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שלטון הרוב וזכויות המיעוט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דילמה שבה החלטת רוב עלולה לפגוע בזכויות קבוצת מיעוט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דרכים שבהן ניתן לאזן בין שלטון הרוב להגנה על זכויות המיעוט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לא מספיק להסתמך רק על הצבעת רוב כדי להבטיח דמוקרטיה תקינה?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עמדה קצרה: האם לדעתכם ראוי לתת למיעוט זכות וטו בנושאים מסוימים? נמקו את עמדתכם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חובות האזרח, תקשורת חופשית וכתיבה טיעונית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אזרח חייב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תשלום מיסים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קבלת פטור מכל 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איסור מוחלט להצביע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איסור להביע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התקשורת חשובה?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לפקח על השלטון ולדווח לציבור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לשרת אך ורק את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להסתיר מידע מהאזרחים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רק ידיעות חיוביות על השלטון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חובות האזרח, תקשורת חופשית וכתיבה טיעונית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אחת מחובות האזרח היא __________ מיסים 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עיתונות חופשית מכונה לעיתים ה__________ הרביעית, בשל תפקידה הפיקוחי על השלטון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בקצרה מהי הפרדת רשויות ולתת דוגמה אחת 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מבין/ה את ההבדל בין שלטון הרוב להגנה על זכויות המיעוט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מסוגל/ת לכתוב פסקת טיעון קצרה התומכת בעמדה בנושא דמוקרטי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מפתח הדמוקרטיה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